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D30A8A" w14:textId="77777777" w:rsidR="00037687" w:rsidRDefault="00000000">
      <w:pPr>
        <w:spacing w:after="20"/>
        <w:jc w:val="center"/>
      </w:pPr>
      <w:r>
        <w:rPr>
          <w:rFonts w:ascii="Aptos Display" w:hAnsi="Aptos Display"/>
          <w:b/>
          <w:sz w:val="30"/>
        </w:rPr>
        <w:t>RÈGLEMENTS DE CONCOURS</w:t>
      </w:r>
    </w:p>
    <w:p w14:paraId="04484314" w14:textId="77777777" w:rsidR="00037687" w:rsidRDefault="00000000">
      <w:pPr>
        <w:spacing w:after="180"/>
        <w:jc w:val="center"/>
      </w:pPr>
      <w:r>
        <w:rPr>
          <w:b/>
          <w:sz w:val="22"/>
        </w:rPr>
        <w:t>CHOI 98,1</w:t>
      </w:r>
    </w:p>
    <w:p w14:paraId="6341FBCE" w14:textId="77777777" w:rsidR="00037687" w:rsidRDefault="00000000">
      <w:pPr>
        <w:spacing w:after="140"/>
        <w:jc w:val="center"/>
      </w:pPr>
      <w:r>
        <w:rPr>
          <w:noProof/>
        </w:rPr>
        <w:drawing>
          <wp:inline distT="0" distB="0" distL="0" distR="0" wp14:anchorId="4CFC4660" wp14:editId="0524C072">
            <wp:extent cx="960120" cy="7430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i_logo_transparent.png"/>
                    <pic:cNvPicPr/>
                  </pic:nvPicPr>
                  <pic:blipFill>
                    <a:blip r:embed="rId8"/>
                    <a:stretch>
                      <a:fillRect/>
                    </a:stretch>
                  </pic:blipFill>
                  <pic:spPr>
                    <a:xfrm>
                      <a:off x="0" y="0"/>
                      <a:ext cx="960120" cy="743049"/>
                    </a:xfrm>
                    <a:prstGeom prst="rect">
                      <a:avLst/>
                    </a:prstGeom>
                  </pic:spPr>
                </pic:pic>
              </a:graphicData>
            </a:graphic>
          </wp:inline>
        </w:drawing>
      </w:r>
    </w:p>
    <w:p w14:paraId="7565E7BF" w14:textId="77777777" w:rsidR="00037687" w:rsidRPr="003840CD" w:rsidRDefault="00000000">
      <w:pPr>
        <w:spacing w:after="180"/>
        <w:jc w:val="center"/>
        <w:rPr>
          <w:lang w:val="fr-CA"/>
        </w:rPr>
      </w:pPr>
      <w:r w:rsidRPr="003840CD">
        <w:rPr>
          <w:b/>
          <w:sz w:val="22"/>
          <w:lang w:val="fr-CA"/>
        </w:rPr>
        <w:t xml:space="preserve">« La question qui réchauffe avec </w:t>
      </w:r>
      <w:proofErr w:type="spellStart"/>
      <w:r w:rsidRPr="003840CD">
        <w:rPr>
          <w:b/>
          <w:sz w:val="22"/>
          <w:lang w:val="fr-CA"/>
        </w:rPr>
        <w:t>Enviro</w:t>
      </w:r>
      <w:proofErr w:type="spellEnd"/>
      <w:r w:rsidRPr="003840CD">
        <w:rPr>
          <w:b/>
          <w:sz w:val="22"/>
          <w:lang w:val="fr-CA"/>
        </w:rPr>
        <w:t>-Confort! Gagne une thermopompe! »</w:t>
      </w:r>
    </w:p>
    <w:p w14:paraId="61788963" w14:textId="77777777" w:rsidR="00037687" w:rsidRPr="003840CD" w:rsidRDefault="00000000">
      <w:pPr>
        <w:pStyle w:val="RegleHeading"/>
        <w:jc w:val="center"/>
        <w:rPr>
          <w:lang w:val="fr-CA"/>
        </w:rPr>
      </w:pPr>
      <w:r w:rsidRPr="003840CD">
        <w:rPr>
          <w:lang w:val="fr-CA"/>
        </w:rPr>
        <w:t>Dates de la promotion</w:t>
      </w:r>
    </w:p>
    <w:p w14:paraId="683B96AB" w14:textId="77777777" w:rsidR="00037687" w:rsidRPr="003840CD" w:rsidRDefault="00000000">
      <w:pPr>
        <w:rPr>
          <w:lang w:val="fr-CA"/>
        </w:rPr>
      </w:pPr>
      <w:r w:rsidRPr="003840CD">
        <w:rPr>
          <w:lang w:val="fr-CA"/>
        </w:rPr>
        <w:t>Le concours débute le 17 octobre 2026 et se termine le 6 novembre 2026, avant le tirage final prévu vers 10 h, pour un total de vingt et un (21) jours.</w:t>
      </w:r>
    </w:p>
    <w:p w14:paraId="51101A0D" w14:textId="77777777" w:rsidR="00037687" w:rsidRPr="003840CD" w:rsidRDefault="00000000">
      <w:pPr>
        <w:pStyle w:val="RegleHeading"/>
        <w:jc w:val="center"/>
        <w:rPr>
          <w:lang w:val="fr-CA"/>
        </w:rPr>
      </w:pPr>
      <w:r w:rsidRPr="003840CD">
        <w:rPr>
          <w:lang w:val="fr-CA"/>
        </w:rPr>
        <w:t>Tirage final</w:t>
      </w:r>
    </w:p>
    <w:p w14:paraId="71C44F31" w14:textId="77777777" w:rsidR="00037687" w:rsidRPr="003840CD" w:rsidRDefault="00000000">
      <w:pPr>
        <w:rPr>
          <w:lang w:val="fr-CA"/>
        </w:rPr>
      </w:pPr>
      <w:r w:rsidRPr="003840CD">
        <w:rPr>
          <w:lang w:val="fr-CA"/>
        </w:rPr>
        <w:t>Le tirage aura lieu dans les locaux de CHOI 98,1, au 1134, Grande-Allée Ouest, bureau 300, à Québec, le 6 novembre 2026 vers 10 h, parmi toutes les inscriptions valides.</w:t>
      </w:r>
    </w:p>
    <w:p w14:paraId="131F0F47" w14:textId="77777777" w:rsidR="00037687" w:rsidRPr="003840CD" w:rsidRDefault="00000000">
      <w:pPr>
        <w:pStyle w:val="RegleHeading"/>
        <w:jc w:val="center"/>
        <w:rPr>
          <w:lang w:val="fr-CA"/>
        </w:rPr>
      </w:pPr>
      <w:r w:rsidRPr="003840CD">
        <w:rPr>
          <w:lang w:val="fr-CA"/>
        </w:rPr>
        <w:t>Mécanique du concours</w:t>
      </w:r>
    </w:p>
    <w:p w14:paraId="2999CFAA" w14:textId="77777777" w:rsidR="00037687" w:rsidRPr="003840CD" w:rsidRDefault="00000000">
      <w:pPr>
        <w:rPr>
          <w:lang w:val="fr-CA"/>
        </w:rPr>
      </w:pPr>
      <w:r w:rsidRPr="003840CD">
        <w:rPr>
          <w:lang w:val="fr-CA"/>
        </w:rPr>
        <w:t>Chaque jour, Dom Maurais testera les connaissances des auditeurs avec une question ou une affirmation différente portant sur les thermopompes et les économies d’énergie. Les participants devront inscrire la réponse du jour dans le formulaire de la section Concours du site radiox.com afin de devenir finalistes pour le tirage du prix. Une réponse pourra être présentée dans la réclame quotidienne.</w:t>
      </w:r>
    </w:p>
    <w:p w14:paraId="0CC0816E" w14:textId="77777777" w:rsidR="00037687" w:rsidRPr="003840CD" w:rsidRDefault="00000000">
      <w:pPr>
        <w:rPr>
          <w:lang w:val="fr-CA"/>
        </w:rPr>
      </w:pPr>
      <w:r w:rsidRPr="003840CD">
        <w:rPr>
          <w:lang w:val="fr-CA"/>
        </w:rPr>
        <w:t>Les inscriptions valides reçues avant la tenue du tirage seront admissibles au tirage final.</w:t>
      </w:r>
    </w:p>
    <w:p w14:paraId="5032162D" w14:textId="77777777" w:rsidR="00037687" w:rsidRPr="003840CD" w:rsidRDefault="00000000">
      <w:pPr>
        <w:pStyle w:val="RegleHeading"/>
        <w:jc w:val="center"/>
        <w:rPr>
          <w:lang w:val="fr-CA"/>
        </w:rPr>
      </w:pPr>
      <w:r w:rsidRPr="003840CD">
        <w:rPr>
          <w:lang w:val="fr-CA"/>
        </w:rPr>
        <w:t>Texte des interventions « live »</w:t>
      </w:r>
    </w:p>
    <w:p w14:paraId="2C89A58C" w14:textId="77777777" w:rsidR="00037687" w:rsidRPr="003840CD" w:rsidRDefault="00000000">
      <w:pPr>
        <w:pStyle w:val="Script"/>
        <w:rPr>
          <w:lang w:val="fr-CA"/>
        </w:rPr>
      </w:pPr>
      <w:r w:rsidRPr="003840CD">
        <w:rPr>
          <w:lang w:val="fr-CA"/>
        </w:rPr>
        <w:t>Chaque jour, Dom Maurais va tester tes connaissances avec une question sur les thermopompes et les économies d’énergie!</w:t>
      </w:r>
    </w:p>
    <w:p w14:paraId="37A0C699" w14:textId="77777777" w:rsidR="00037687" w:rsidRPr="003840CD" w:rsidRDefault="00000000">
      <w:pPr>
        <w:pStyle w:val="RegleHeading"/>
        <w:jc w:val="center"/>
        <w:rPr>
          <w:lang w:val="fr-CA"/>
        </w:rPr>
      </w:pPr>
      <w:r w:rsidRPr="003840CD">
        <w:rPr>
          <w:lang w:val="fr-CA"/>
        </w:rPr>
        <w:t>Texte de la réclame</w:t>
      </w:r>
    </w:p>
    <w:p w14:paraId="2DEFB426" w14:textId="77777777" w:rsidR="00037687" w:rsidRPr="003840CD" w:rsidRDefault="00000000">
      <w:pPr>
        <w:pStyle w:val="Script"/>
        <w:rPr>
          <w:lang w:val="fr-CA"/>
        </w:rPr>
      </w:pPr>
      <w:r w:rsidRPr="003840CD">
        <w:rPr>
          <w:lang w:val="fr-CA"/>
        </w:rPr>
        <w:t>Tu veux transformer ton confort à la maison avec Enviro-Confort?</w:t>
      </w:r>
    </w:p>
    <w:p w14:paraId="5FDEE41A" w14:textId="77777777" w:rsidR="00037687" w:rsidRPr="003840CD" w:rsidRDefault="00000000">
      <w:pPr>
        <w:pStyle w:val="Script"/>
        <w:rPr>
          <w:lang w:val="fr-CA"/>
        </w:rPr>
      </w:pPr>
      <w:r w:rsidRPr="003840CD">
        <w:rPr>
          <w:lang w:val="fr-CA"/>
        </w:rPr>
        <w:t>Tu pourrais gagner une thermopompe LG de 12 000 BTU, installation incluse!</w:t>
      </w:r>
    </w:p>
    <w:p w14:paraId="04E1B289" w14:textId="77777777" w:rsidR="00037687" w:rsidRPr="003840CD" w:rsidRDefault="00000000">
      <w:pPr>
        <w:pStyle w:val="Script"/>
        <w:rPr>
          <w:lang w:val="fr-CA"/>
        </w:rPr>
      </w:pPr>
      <w:r w:rsidRPr="003840CD">
        <w:rPr>
          <w:lang w:val="fr-CA"/>
        </w:rPr>
        <w:t>Affirmation du jour : [Inscrire une affirmation différente par jour.]</w:t>
      </w:r>
    </w:p>
    <w:p w14:paraId="618AD343" w14:textId="77777777" w:rsidR="00037687" w:rsidRPr="003840CD" w:rsidRDefault="00000000">
      <w:pPr>
        <w:pStyle w:val="Script"/>
        <w:rPr>
          <w:lang w:val="fr-CA"/>
        </w:rPr>
      </w:pPr>
      <w:r w:rsidRPr="003840CD">
        <w:rPr>
          <w:lang w:val="fr-CA"/>
        </w:rPr>
        <w:t>La réponse est : [Inscrire la réponse du jour.]</w:t>
      </w:r>
    </w:p>
    <w:p w14:paraId="25D79299" w14:textId="77777777" w:rsidR="00037687" w:rsidRPr="003840CD" w:rsidRDefault="00000000">
      <w:pPr>
        <w:pStyle w:val="Script"/>
        <w:rPr>
          <w:lang w:val="fr-CA"/>
        </w:rPr>
      </w:pPr>
      <w:r w:rsidRPr="003840CD">
        <w:rPr>
          <w:lang w:val="fr-CA"/>
        </w:rPr>
        <w:t>Va l’inscrire dans la section concours sur radiox.com pour devenir finaliste!</w:t>
      </w:r>
    </w:p>
    <w:p w14:paraId="5A1FC894" w14:textId="77777777" w:rsidR="00037687" w:rsidRPr="003840CD" w:rsidRDefault="00000000">
      <w:pPr>
        <w:pStyle w:val="Script"/>
        <w:rPr>
          <w:lang w:val="fr-CA"/>
        </w:rPr>
      </w:pPr>
      <w:r w:rsidRPr="003840CD">
        <w:rPr>
          <w:lang w:val="fr-CA"/>
        </w:rPr>
        <w:t>Les soirées se rafraîchissent… êtes-vous prêts? Enviro-Confort vous accompagne avec des solutions complètes : thermopompes performantes, chauffage efficace, accumulateurs de chaleur et même géothermie!</w:t>
      </w:r>
    </w:p>
    <w:p w14:paraId="105EBD2B" w14:textId="77777777" w:rsidR="00037687" w:rsidRPr="003840CD" w:rsidRDefault="00000000">
      <w:pPr>
        <w:pStyle w:val="Script"/>
        <w:rPr>
          <w:lang w:val="fr-CA"/>
        </w:rPr>
      </w:pPr>
      <w:r w:rsidRPr="003840CD">
        <w:rPr>
          <w:lang w:val="fr-CA"/>
        </w:rPr>
        <w:t>Certifié Choix du consommateur, numéro 1 en chauffage et climatisation à Québec et Lévis.</w:t>
      </w:r>
    </w:p>
    <w:p w14:paraId="1D8BE793" w14:textId="77777777" w:rsidR="00037687" w:rsidRPr="003840CD" w:rsidRDefault="00000000">
      <w:pPr>
        <w:pStyle w:val="Script"/>
        <w:rPr>
          <w:lang w:val="fr-CA"/>
        </w:rPr>
      </w:pPr>
      <w:r w:rsidRPr="003840CD">
        <w:rPr>
          <w:lang w:val="fr-CA"/>
        </w:rPr>
        <w:t>Profite de l’expertise d’Enviro-Confort, plus de 25 ans à offrir un service incomparable, et découvre tout sur enviroconfort.com.</w:t>
      </w:r>
    </w:p>
    <w:p w14:paraId="1B3FBAC9" w14:textId="77777777" w:rsidR="00037687" w:rsidRPr="003840CD" w:rsidRDefault="00000000">
      <w:pPr>
        <w:pStyle w:val="RegleHeading"/>
        <w:jc w:val="center"/>
        <w:rPr>
          <w:lang w:val="fr-CA"/>
        </w:rPr>
      </w:pPr>
      <w:r w:rsidRPr="003840CD">
        <w:rPr>
          <w:lang w:val="fr-CA"/>
        </w:rPr>
        <w:t>Comment participer ?</w:t>
      </w:r>
    </w:p>
    <w:p w14:paraId="76ED7653" w14:textId="77777777" w:rsidR="00037687" w:rsidRPr="003840CD" w:rsidRDefault="00000000">
      <w:pPr>
        <w:rPr>
          <w:lang w:val="fr-CA"/>
        </w:rPr>
      </w:pPr>
      <w:r w:rsidRPr="003840CD">
        <w:rPr>
          <w:lang w:val="fr-CA"/>
        </w:rPr>
        <w:t>Écoutez Maurais Live sur CHOI 98,1 pour découvrir la question ou l’affirmation du jour. Rendez-vous ensuite dans la section Concours sur radiox.com, remplissez le formulaire et inscrivez votre réponse pour devenir finaliste au tirage du grand prix.</w:t>
      </w:r>
    </w:p>
    <w:p w14:paraId="0EE14F08" w14:textId="77777777" w:rsidR="00037687" w:rsidRPr="003840CD" w:rsidRDefault="00000000">
      <w:pPr>
        <w:pStyle w:val="RegleHeading"/>
        <w:jc w:val="center"/>
        <w:rPr>
          <w:lang w:val="fr-CA"/>
        </w:rPr>
      </w:pPr>
      <w:r w:rsidRPr="003840CD">
        <w:rPr>
          <w:lang w:val="fr-CA"/>
        </w:rPr>
        <w:lastRenderedPageBreak/>
        <w:t>Prix et description</w:t>
      </w:r>
    </w:p>
    <w:p w14:paraId="74A1A990" w14:textId="77777777" w:rsidR="00037687" w:rsidRPr="003840CD" w:rsidRDefault="00000000">
      <w:pPr>
        <w:rPr>
          <w:lang w:val="fr-CA"/>
        </w:rPr>
      </w:pPr>
      <w:r w:rsidRPr="003840CD">
        <w:rPr>
          <w:lang w:val="fr-CA"/>
        </w:rPr>
        <w:t>La personne gagnante se méritera une thermopompe murale LG de 12 000 BTU, installation incluse. L’installation comprise est de type standard (mur à mur), jusqu’à 25 pieds maximum de distance séparant l’appareil intérieur de l’appareil extérieur.</w:t>
      </w:r>
    </w:p>
    <w:p w14:paraId="78F2FA56" w14:textId="77777777" w:rsidR="00037687" w:rsidRPr="003840CD" w:rsidRDefault="00000000">
      <w:pPr>
        <w:rPr>
          <w:lang w:val="fr-CA"/>
        </w:rPr>
      </w:pPr>
      <w:r w:rsidRPr="003840CD">
        <w:rPr>
          <w:lang w:val="fr-CA"/>
        </w:rPr>
        <w:t>Le prix doit être réclamé et installé dans les 90 jours maximum suivant la fin du concours.</w:t>
      </w:r>
    </w:p>
    <w:p w14:paraId="1C7AAD34" w14:textId="77777777" w:rsidR="00037687" w:rsidRPr="003840CD" w:rsidRDefault="00000000">
      <w:pPr>
        <w:rPr>
          <w:lang w:val="fr-CA"/>
        </w:rPr>
      </w:pPr>
      <w:r w:rsidRPr="003840CD">
        <w:rPr>
          <w:lang w:val="fr-CA"/>
        </w:rPr>
        <w:t>L’installation inclut l’électricité, la plomberie frigorifique et de drainage, le recouvrement en PVC blanc des tuyaux, ainsi que la fixation murale ou au sol de l’appareil et un capage de 9 pieds linéaires. Des frais supplémentaires peuvent s’ajouter si la personne gagnante habite en condo ou en appartement, en conformité avec la charte de copropriété du logement.</w:t>
      </w:r>
    </w:p>
    <w:p w14:paraId="29537663" w14:textId="77777777" w:rsidR="00037687" w:rsidRPr="003840CD" w:rsidRDefault="00000000">
      <w:pPr>
        <w:rPr>
          <w:lang w:val="fr-CA"/>
        </w:rPr>
      </w:pPr>
      <w:r w:rsidRPr="003840CD">
        <w:rPr>
          <w:lang w:val="fr-CA"/>
        </w:rPr>
        <w:t>Dans le cas où des travaux autres que les travaux d’installation standard mentionnés dans le paragraphe précédent seraient nécessaires pour permettre l’installation de la thermopompe, ceux-ci devront être faits aux frais de la personne gagnante.</w:t>
      </w:r>
    </w:p>
    <w:p w14:paraId="01F18D49" w14:textId="77777777" w:rsidR="00037687" w:rsidRPr="003840CD" w:rsidRDefault="00000000">
      <w:pPr>
        <w:rPr>
          <w:lang w:val="fr-CA"/>
        </w:rPr>
      </w:pPr>
      <w:r w:rsidRPr="003840CD">
        <w:rPr>
          <w:lang w:val="fr-CA"/>
        </w:rPr>
        <w:t>Advenant que l’installation de la thermopompe soit impossible sur le lieu de résidence de la personne gagnante, le forfait d’installation n’est pas transférable. L’installation est incluse dans un rayon maximal de 50 km d’Enviro-Confort, situé au 2840, boulevard Guillaume-Couture.</w:t>
      </w:r>
    </w:p>
    <w:p w14:paraId="2AC5CA6A" w14:textId="77777777" w:rsidR="00037687" w:rsidRPr="003840CD" w:rsidRDefault="00000000">
      <w:pPr>
        <w:rPr>
          <w:lang w:val="fr-CA"/>
        </w:rPr>
      </w:pPr>
      <w:r w:rsidRPr="003840CD">
        <w:rPr>
          <w:b/>
          <w:lang w:val="fr-CA"/>
        </w:rPr>
        <w:t>Valeur du prix : 5 700 $.</w:t>
      </w:r>
    </w:p>
    <w:p w14:paraId="00F31463" w14:textId="77777777" w:rsidR="00037687" w:rsidRPr="003840CD" w:rsidRDefault="00000000">
      <w:pPr>
        <w:pStyle w:val="RegleHeading"/>
        <w:jc w:val="center"/>
        <w:rPr>
          <w:lang w:val="fr-CA"/>
        </w:rPr>
      </w:pPr>
      <w:r w:rsidRPr="003840CD">
        <w:rPr>
          <w:lang w:val="fr-CA"/>
        </w:rPr>
        <w:t>Divers</w:t>
      </w:r>
    </w:p>
    <w:p w14:paraId="0861D636" w14:textId="77777777" w:rsidR="00037687" w:rsidRPr="003840CD" w:rsidRDefault="00000000">
      <w:pPr>
        <w:rPr>
          <w:lang w:val="fr-CA"/>
        </w:rPr>
      </w:pPr>
      <w:r w:rsidRPr="003840CD">
        <w:rPr>
          <w:lang w:val="fr-CA"/>
        </w:rPr>
        <w:t>1. Conditions relatives à la prise de possession du prix :</w:t>
      </w:r>
    </w:p>
    <w:p w14:paraId="2C638A98" w14:textId="77777777" w:rsidR="00037687" w:rsidRPr="003840CD" w:rsidRDefault="00000000">
      <w:pPr>
        <w:pStyle w:val="ListBullet"/>
        <w:spacing w:after="100"/>
        <w:ind w:left="490" w:hanging="230"/>
        <w:rPr>
          <w:lang w:val="fr-CA"/>
        </w:rPr>
      </w:pPr>
      <w:r w:rsidRPr="003840CD">
        <w:rPr>
          <w:lang w:val="fr-CA"/>
        </w:rPr>
        <w:t>La personne gagnante devra présenter une pièce d’identité afin de réclamer son prix.</w:t>
      </w:r>
    </w:p>
    <w:p w14:paraId="01C8B84F" w14:textId="77777777" w:rsidR="00037687" w:rsidRPr="003840CD" w:rsidRDefault="00000000">
      <w:pPr>
        <w:pStyle w:val="ListBullet"/>
        <w:spacing w:after="100"/>
        <w:ind w:left="490" w:hanging="230"/>
        <w:rPr>
          <w:lang w:val="fr-CA"/>
        </w:rPr>
      </w:pPr>
      <w:r w:rsidRPr="003840CD">
        <w:rPr>
          <w:lang w:val="fr-CA"/>
        </w:rPr>
        <w:t>La personne sélectionnée s’engage à signer tout document requis confirmant l’acceptation et le respect des conditions d’utilisation du prix mentionnées au présent règlement et prévoyant toute autre condition applicable à l’utilisation du prix, à défaut de quoi elle perdra droit à son prix, lequel sera annulé.</w:t>
      </w:r>
    </w:p>
    <w:p w14:paraId="0C536AAF" w14:textId="77777777" w:rsidR="00037687" w:rsidRPr="003840CD" w:rsidRDefault="00000000">
      <w:pPr>
        <w:pStyle w:val="ListBullet"/>
        <w:spacing w:after="100"/>
        <w:ind w:left="490" w:hanging="230"/>
        <w:rPr>
          <w:lang w:val="fr-CA"/>
        </w:rPr>
      </w:pPr>
      <w:r w:rsidRPr="003840CD">
        <w:rPr>
          <w:lang w:val="fr-CA"/>
        </w:rPr>
        <w:t>La personne gagnante doit être propriétaire d’une maison ou d’un condo.</w:t>
      </w:r>
    </w:p>
    <w:p w14:paraId="77306B57" w14:textId="77777777" w:rsidR="00037687" w:rsidRPr="003840CD" w:rsidRDefault="00000000">
      <w:pPr>
        <w:rPr>
          <w:lang w:val="fr-CA"/>
        </w:rPr>
      </w:pPr>
      <w:r w:rsidRPr="003840CD">
        <w:rPr>
          <w:lang w:val="fr-CA"/>
        </w:rPr>
        <w:t>2. Le concours sera véhiculé sur les ondes de CHOI 98,1 FM.</w:t>
      </w:r>
    </w:p>
    <w:p w14:paraId="1792E4CB" w14:textId="77777777" w:rsidR="00037687" w:rsidRPr="003840CD" w:rsidRDefault="00000000">
      <w:pPr>
        <w:rPr>
          <w:lang w:val="fr-CA"/>
        </w:rPr>
      </w:pPr>
      <w:r w:rsidRPr="003840CD">
        <w:rPr>
          <w:lang w:val="fr-CA"/>
        </w:rPr>
        <w:t>3. Le prix doit être accepté tel quel et ne peut être vendu ou cédé. Il est non monnayable. Les dates du prix ne pourront être modifiées.</w:t>
      </w:r>
    </w:p>
    <w:p w14:paraId="795FF9D0" w14:textId="77777777" w:rsidR="00037687" w:rsidRPr="003840CD" w:rsidRDefault="00000000">
      <w:pPr>
        <w:rPr>
          <w:lang w:val="fr-CA"/>
        </w:rPr>
      </w:pPr>
      <w:r w:rsidRPr="003840CD">
        <w:rPr>
          <w:lang w:val="fr-CA"/>
        </w:rPr>
        <w:t>4. Les personnes au bénéfice desquelles ce concours publicitaire est tenu, leurs employés, représentants ou agents ainsi que les personnes avec qui ils sont domiciliés ne peuvent participer au concours.</w:t>
      </w:r>
    </w:p>
    <w:p w14:paraId="71FF97FF" w14:textId="0EA43AA9" w:rsidR="00037687" w:rsidRDefault="00000000">
      <w:r>
        <w:t>5. RNC MEDIA INC. (CHOI 98,1 ), la ou les personnes au bénéfice desquelles ce concours est tenu ainsi que les collaborateurs désignés n’assumeront aucune responsabilité envers qui que ce soit, de quelque nature que ce soit, dans tous les cas où leur incapacité d’agir résulterait directement ou indirectement d’un fait ou d’une situation hors de leur contrôle, d’un cas fortuit, de force majeure ou d’une grève, d’un lock-out ou de tout autre conflit de travail dans leurs établissements ou dans les établissements des organismes ou entreprises dont les services sont utilisés pour la tenue de ce concours.</w:t>
      </w:r>
    </w:p>
    <w:p w14:paraId="75770001" w14:textId="4D6B24EF" w:rsidR="00037687" w:rsidRPr="003840CD" w:rsidRDefault="00000000">
      <w:pPr>
        <w:rPr>
          <w:lang w:val="fr-CA"/>
        </w:rPr>
      </w:pPr>
      <w:r w:rsidRPr="003840CD">
        <w:rPr>
          <w:lang w:val="fr-CA"/>
        </w:rPr>
        <w:t>6. RNC MEDIA INC. (CHOI 98,1 ) et les personnes au bénéfice desquelles ce concours est tenu n’assumeront aucune responsabilité de quelque nature que ce soit dans tous les cas où l’une ou l’autre se voit dans l’impossibilité de remplir ses obligations, en tout ou en partie, en raison de son insolvabilité, parce qu’elle fait l’objet d’une pétition en vue d’une ordonnance de séquestre, fait la cession de ses biens, fait une proposition de concordat à ses créanciers, fait l’objet ou entreprend des procédures de liquidation, voit ses biens ou une partie de ses biens confiés à un séquestre ou syndic, fait l’objet d’une saisie ou a recours à une loi en matière de faillite et/ou d’insolvabilité.</w:t>
      </w:r>
    </w:p>
    <w:p w14:paraId="714815A1" w14:textId="77777777" w:rsidR="00037687" w:rsidRPr="003840CD" w:rsidRDefault="00000000">
      <w:pPr>
        <w:rPr>
          <w:lang w:val="fr-CA"/>
        </w:rPr>
      </w:pPr>
      <w:r w:rsidRPr="003840CD">
        <w:rPr>
          <w:lang w:val="fr-CA"/>
        </w:rPr>
        <w:t>7. Un litige quant à l’organisation ou à la conduite d’un concours publicitaire peut être soumis à la Régie des alcools, des courses et des jeux afin qu’il soit tranché. Un différend quant à l’attribution d’un prix peut être soumis à la Régie uniquement aux fins d’une intervention pour tenter de le régler.</w:t>
      </w:r>
    </w:p>
    <w:p w14:paraId="7572B7A6" w14:textId="4AC1CADB" w:rsidR="00037687" w:rsidRPr="003840CD" w:rsidRDefault="00000000">
      <w:pPr>
        <w:rPr>
          <w:lang w:val="fr-CA"/>
        </w:rPr>
      </w:pPr>
      <w:r w:rsidRPr="003840CD">
        <w:rPr>
          <w:lang w:val="fr-CA"/>
        </w:rPr>
        <w:t>8. Une copie des règlements de concours est à la disposition des auditeurs à la réception de CHOI 98,1 au 1134, Grande-Allée Ouest, bureau 300, Québec (Québec) G1S 1E5.</w:t>
      </w:r>
    </w:p>
    <w:sectPr w:rsidR="00037687" w:rsidRPr="003840CD" w:rsidSect="00034616">
      <w:footerReference w:type="default" r:id="rId9"/>
      <w:pgSz w:w="12240" w:h="15840"/>
      <w:pgMar w:top="1037" w:right="1195" w:bottom="1008" w:left="1195" w:header="490"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4E050A" w14:textId="77777777" w:rsidR="007F4734" w:rsidRDefault="007F4734">
      <w:pPr>
        <w:spacing w:after="0" w:line="240" w:lineRule="auto"/>
      </w:pPr>
      <w:r>
        <w:separator/>
      </w:r>
    </w:p>
  </w:endnote>
  <w:endnote w:type="continuationSeparator" w:id="0">
    <w:p w14:paraId="1BA721DC" w14:textId="77777777" w:rsidR="007F4734" w:rsidRDefault="007F4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CF1710" w14:textId="77777777" w:rsidR="00037687" w:rsidRPr="003840CD" w:rsidRDefault="00000000">
    <w:pPr>
      <w:jc w:val="center"/>
      <w:rPr>
        <w:lang w:val="fr-CA"/>
      </w:rPr>
    </w:pPr>
    <w:r w:rsidRPr="003840CD">
      <w:rPr>
        <w:color w:val="6E7073"/>
        <w:sz w:val="14"/>
        <w:lang w:val="fr-CA"/>
      </w:rPr>
      <w:t xml:space="preserve">CHOI 98,1  |  Règlements du concours Enviro-Confort  |  Page </w:t>
    </w:r>
    <w:r>
      <w:fldChar w:fldCharType="begin"/>
    </w:r>
    <w:r w:rsidRPr="003840CD">
      <w:rPr>
        <w:lang w:val="fr-CA"/>
      </w:rPr>
      <w:instrText>PAGE</w:instrText>
    </w:r>
    <w:r>
      <w:fldChar w:fldCharType="separate"/>
    </w:r>
    <w:r w:rsidR="003840CD" w:rsidRPr="003840CD">
      <w:rPr>
        <w:noProof/>
        <w:lang w:val="fr-CA"/>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B2E941" w14:textId="77777777" w:rsidR="007F4734" w:rsidRDefault="007F4734">
      <w:pPr>
        <w:spacing w:after="0" w:line="240" w:lineRule="auto"/>
      </w:pPr>
      <w:r>
        <w:separator/>
      </w:r>
    </w:p>
  </w:footnote>
  <w:footnote w:type="continuationSeparator" w:id="0">
    <w:p w14:paraId="04BC2E7D" w14:textId="77777777" w:rsidR="007F4734" w:rsidRDefault="007F47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76391152">
    <w:abstractNumId w:val="8"/>
  </w:num>
  <w:num w:numId="2" w16cid:durableId="1062752344">
    <w:abstractNumId w:val="6"/>
  </w:num>
  <w:num w:numId="3" w16cid:durableId="1561095746">
    <w:abstractNumId w:val="5"/>
  </w:num>
  <w:num w:numId="4" w16cid:durableId="1520965869">
    <w:abstractNumId w:val="4"/>
  </w:num>
  <w:num w:numId="5" w16cid:durableId="787547414">
    <w:abstractNumId w:val="7"/>
  </w:num>
  <w:num w:numId="6" w16cid:durableId="1026440886">
    <w:abstractNumId w:val="3"/>
  </w:num>
  <w:num w:numId="7" w16cid:durableId="1776635306">
    <w:abstractNumId w:val="2"/>
  </w:num>
  <w:num w:numId="8" w16cid:durableId="1350108795">
    <w:abstractNumId w:val="1"/>
  </w:num>
  <w:num w:numId="9" w16cid:durableId="118000281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7687"/>
    <w:rsid w:val="0006063C"/>
    <w:rsid w:val="0015074B"/>
    <w:rsid w:val="0029639D"/>
    <w:rsid w:val="00326F90"/>
    <w:rsid w:val="003840CD"/>
    <w:rsid w:val="007F4734"/>
    <w:rsid w:val="00AA1D8D"/>
    <w:rsid w:val="00B47730"/>
    <w:rsid w:val="00CA1EA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4E4002"/>
  <w14:defaultImageDpi w14:val="300"/>
  <w15:docId w15:val="{39F1CC59-3B71-9240-9D21-643ADF66E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6" w:lineRule="auto"/>
    </w:pPr>
    <w:rPr>
      <w:rFonts w:ascii="Aptos" w:hAnsi="Aptos"/>
      <w:color w:val="1D2024"/>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gleHeading">
    <w:name w:val="Regle Heading"/>
    <w:basedOn w:val="Normal"/>
    <w:pPr>
      <w:keepNext/>
      <w:spacing w:before="240" w:after="100" w:line="240" w:lineRule="auto"/>
    </w:pPr>
    <w:rPr>
      <w:rFonts w:ascii="Aptos Display" w:hAnsi="Aptos Display"/>
      <w:b/>
      <w:color w:val="232A30"/>
      <w:sz w:val="21"/>
    </w:rPr>
  </w:style>
  <w:style w:type="paragraph" w:customStyle="1" w:styleId="Script">
    <w:name w:val="Script"/>
    <w:basedOn w:val="Normal"/>
    <w:pPr>
      <w:spacing w:after="100"/>
      <w:ind w:left="288" w:right="173"/>
    </w:pPr>
  </w:style>
  <w:style w:type="paragraph" w:customStyle="1" w:styleId="Intro">
    <w:name w:val="Intro"/>
    <w:basedOn w:val="Normal"/>
    <w:pPr>
      <w:spacing w:after="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921</Words>
  <Characters>5255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Règlements du concours - La question qui réchauffe avec Enviro-Confort</dc:title>
  <dc:subject>Concours CHOI 98,1, du 17 octobre au 6 novembre 2026</dc:subject>
  <dc:creator>CHOI 98,1</dc:creator>
  <cp:keywords/>
  <dc:description>generated by python-docx</dc:description>
  <cp:lastModifiedBy>Frédéric Bergeron</cp:lastModifiedBy>
  <cp:revision>2</cp:revision>
  <dcterms:created xsi:type="dcterms:W3CDTF">2013-12-23T23:15:00Z</dcterms:created>
  <dcterms:modified xsi:type="dcterms:W3CDTF">2026-10-15T18:07:00Z</dcterms:modified>
  <cp:category/>
</cp:coreProperties>
</file>